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מושגים ספרותיים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מרכזיים בניתוח דמות, עלילה ולשון ציורית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המושגים בתוך יצירות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במושגים בכתיבה עיתונאית ויצירתית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המושג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דמות שטוחה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תפנית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מספר יודע־כול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האנשה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(דמות מורכבת עם סתירות פנימיות)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(פתיחת היצירה שמציגה דמויות ומקום)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(פרט שחוזר כמה פעמים ומקבל משמעות עמוקה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(השוואה בעזרת מילת כמו)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(פער במידע שהקורא צריך להשלים)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דמות סטטית נשארת כפי שהייתה מתחילת היצירה ועד סופה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קונפליקט הוא התנגשות בין צדדים שמקדמת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זהו זמן הסיפור; זמן מסופר הוא משך האירועים בעולם 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סוף פתוח אינו פותר את כל השאלות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זהו דימוי; במטפורה אין מילת השוואה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המושג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אקספוזיציה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 את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שמזהה את סוג הדמות ומביאה דוגמה קונקרטית מהיצירה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ציון רגע המתח המרבי ותיאור קצר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זיהוי מוטיב חוזר והסבר קצר לשינוי במשמעות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עיתונאית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 שמציג בבהירות את שני צדדי הקונפליקט בשפה עיתונאית, ללא חשיפת הפתרון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 בין דמות מורכבת לדמות עם תכונה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הכוללת מטפורה בלי מילת השוואה ודימוי עם מילת 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לגבי השארת שאלות פתוחות לקורא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כל שאלה ליצירה אחת שנלמדה בכיתה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המטח (match) בעל פה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דוגמה קצרה מהלוח לפני הכתיבה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מושגים ספרותיים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מושגים ספרותיים מתוך מילון המושגים: דמות ועלילה, מבנה ומספר, ולשון ציורית. המושגים יעזרו לכם לנתח טקסטים ולכתוב עליהם כתבות.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המושג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דמות שנבנית סביב תכונה אחת ואינה משתנה נקראת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דמות שטוחה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 דינמית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דמות עגולה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 סטטית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הנקודה שבה המתח בעלילה הגיע לשיאו נקראת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אקספוזיציה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תפנית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סוף פתוח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שינוי חד ובלתי צפוי בעלילה שמשנה את משמעות האירועים הקודמים נקרא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קונפליקט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תפנית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מספר שיודע את מחשבות כל הדמויות ואת העבר והעתיד נקרא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נקודת מבט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מוטיב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בגוף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יודע־כול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השוואה מפורשת בין שני דברים בעזרת מילת השוואה כמו 'כמו' נקראת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מתן תכונות אנושיות לדבר שאינו אדם נקרא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מוטיב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דמות 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השוואה בעזרת מילת כמו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אקספוזיציה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פער במידע שהקורא צריך להשלים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מוטיב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פתיחת היצירה שמציגה דמויות ומקום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דמות מורכבת עם סתירות פנימיות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חלל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פרט שחוזר כמה פעמים ומקבל משמעות עמוקה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סטטית עוברת שינוי משמעותי במהלך היצירה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קונפליקט הוא מאבק שמניע את העלילה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מסופר הוא כמה מקום האירועים תופסים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סוף פתוח משאיר לקורא להחליט מה קרה או מה המשמעות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מטפורה משתמשת במילת השוואה כמו 'כמו'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המושג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פתיחת היצירה שבה מכירים את הדמויות והמצב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מאבק בין דמות לחברה או בתוך נפשה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דבר מוחשי שמייצג רעיון מופשט גדול ממנו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העמדה של שני דברים מנוגדים כדי להבליט משמעות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הקול שמספר את הסיפור, שאינו הסופר עצמו,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 את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דמות מתוך יצירה שלמדתם וקבעו אם היא עגולה או שטוחה. נמקו בעזרת דוגמה אחת מהטקסט.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רגע שבו העלילה מגיעה לשיא, ותארו מה קורה בו.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חפשו מוטיב שחוזר ביצירה שקראתם וכתבו איך המשמעות שלו משתנה בכל הופעה.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עיתונאית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פתיח קצר (3-4 משפטים) לכתבה עיתונאית שמציגה קונפליקט מתוך יצירה שלמדתם, בלי לחשוף את הסוף.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דמות עגולה לדמות שטוחה?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למטפורה ולדימוי משיר או סיפור שלמדתם.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מחבר יכול לבחור להשאיר סוף פתוח?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מילון מושגים ספרותיים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