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בניתוח דמות, עלילה ולשון ציורית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המושגים בתוך יצירות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במושגים בכתיבה עיתונאית ויצירתית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המושג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דמות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(דמות מורכבת עם סתירות פנימיות)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(פתיחת היצירה שמציגה דמויות ומקום)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(השוואה בעזרת מילת כמו)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דמות סטטית נשארת כפי שהייתה מתחילת היצירה ועד 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קונפליקט הוא התנגשות בין צדדים שמקדמת את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המושג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קונפליקט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ציון רגע המתח המרבי ותיאור קצר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עיתונאית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 שמציג בבהירות את שני צדדי הקונפליקט בשפה עיתונאית, ללא חשיפת הפתרון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בין דמות מורכבת לדמות עם תכונה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הכוללת מטפורה בלי מילת השוואה ודימוי עם מילת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לגבי השארת שאלות פתוחות לקורא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כל שאלה ליצירה אחת שנלמדה בכיתה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המטח (match)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קצרה מהלוח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ספרותיים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ספרותיים מתוך מילון המושגים: דמות ועלילה, מבנה ומספר, ולשון ציורית. המושגים יעזרו לכם לנתח טקסטים ולכתוב עליהם כתבות.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קונפליקט  ·  אקספוזיציה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המושג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דמות שנבנית סביב תכונה אחת ואינה משתנה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דמות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דמות דינמית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דמות 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הנקודה שבה המתח בעלילה הגיע לשיאו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אקספוזיציה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השוואה מפורשת בין שני דברים בעזרת מילת השוואה כמו 'כמו'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האנשה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השוואה בעזרת מילת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אקספוזיציה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דמות מורכבת עם סתירות פנימיות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פתיחת היצירה שמציגה דמויות ומקום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דמות סטטית עוברת שינוי משמעותי במהלך 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קונפליקט הוא מאבק שמניע את העלילה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המושג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פתיחת היצירה שבה מכירים את הדמויות והמצב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מאבק בין דמות לחברה או בתוך נפשה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 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מצאו רגע שבו העלילה מגיעה לשיא, ותארו מה קורה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עיתונאית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פתיח קצר (3-4 משפטים) לכתבה עיתונאית שמציגה קונפליקט מתוך יצירה שלמדתם, בלי לחשוף את הסוף.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דמות עגולה לדמות שטוחה?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למטפורה ולדימוי משיר או סיפור שלמדתם.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מושגים ספרותיים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